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עברית לעולים חדשים: הכנה לבגרות בלשון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מיומנות קריאה ביקורתית של טקסטים עיוניים ברמת 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סיכום ממזג המשלב מידע משני מקורות באופן קוהרנטי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כתיבת תשובה מנומקת ושימוש נכון בכללי 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רגשי ותרבותי בהקשר של חוויית העלייה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הבנת הנקרא: קריאת מאמרים ומענה על שאלות – זיהוי עובדות ופרטים מפורשים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השינוי בהרגלי האכילה המשפחתית ותרומת הארוחה המשותפת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הבנת הנקרא: קריאת מאמרים ומענה על שאלות – פרטים ומבנה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במפורש בפסקה ב, על בסיס מחקר בקרב כאלפיים בני נוער.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פסקה ד עוסקת בתרומה לבריאות; התרומה הרגשית מתוארת בפסקה 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הבנת הנקרא: קריאת מאמרים ומענה על שאלות – השלמה והתאמת פסקאות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הבנת הנקרא: קריאת מאמרים ומענה על שאלות – התאמת פסקה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(תרומה רגשית - שיתוף והקשבה)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(השפעה על ציונים ולימודים)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(תרומה לבריאות והרגלי אכילה)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(חשיבות האווירה בארוחה)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סיכום ממזג: חיבור מידע משני מקורות – מהו סיכום ממזג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בסיכום ממזג יש לנסח מחדש את המידע במילים שלנו, לא להעתיק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סיכום ממזג - איחוד רעיונות משני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בהנחיות שליד המאמרים באתר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סיכום ממזג: חיבור מידע משני מקורות – איתור ומיון 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(דרך נכונה לארגן סיכום ממזג)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(התרומה הרגשית של הארוחה המשותפת)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(התרומה ללימודים ולשפה)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(התרומה לבריאות ולהרגלי אכילה)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סיכום ממזג: חיבור מידע משני מקורות – השלמה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מאוזנת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סיכום ממזג: חיבור מידע משני מקורות – סדר כתיבת הסיכום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שני המאמרים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סמנו את הרעיון המרכזי בכל 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מיינו את הרעיונות לפי נושאים משותפים ולא לפי מאמר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כתבו משפט פתיחה כללי לנושא הסיכום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הבעה: כתיבת תשובה מנומקת בעקבות הטקסטים – מרכיבי תשובה מנומקת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המבנה הבסיסי הנדרש בכתיבת תשובה מנומקת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תשובה מנומקת צריכה להתבסס גם על מידע מהטקסטים שקראנו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המאמר מתאר שלושה תחומים שבהם הארוחה המשותפת תורמת לילדים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הבעה: כתיבת תשובה מנומקת בעקבות הטקסטים – התאמת טענות למאמרים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(הארוחה המשפחתית)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(התנדבות בני נוער)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(קריאת ספרים בעידן הדיגיטלי)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(בזבוז מזון)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הבעה: כתיבת תשובה מנומקת בעקבות הטקסטים – כתיבת תשובה וחיבור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לשון: דקדוק ואוצר מילים ברמת בגרות – היכרות עם אוצר המילים האקדמי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עוזרת ומוסיפה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מצב או תהליך שקיים וניתן להבחין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מידע או מספר שנאסף במחקר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לשון: דקדוק ואוצר מילים ברמת בגרות – מילות קישור ובניינים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נוסף על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לעומת זאת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לשון: דקדוק ואוצר מילים ברמת בגרות – ניתוח בניינים ומבנה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התפעל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לשון: דקדוק ואוצר מילים ברמת בגרות – יישום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להדגיש את הפעולה או הממצא עצמו ולא מי שביצע אותה, כפי שמקובל בכתיבה מחקרית אובייקטיבית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מנקודת המבט של העולים: שיח ואוצר מילים רגשי – הבנה ראשונית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מאוקראינה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לפני חצי 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מנקודת המבט של העולים: שיח ואוצר מילים רגשי – הבנה ראשונית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בסרטון מסופר שהתלמידים הראו את המדינות שלהם במפה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אנה הביאה מרק אוקראיני, לא תמונה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מנקודת המבט של העולים: שיח ואוצר מילים רגשי – סדר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דוד ואנה נפגשים במסדרון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מספרים מה עשו בכיתה בשבוע העליות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הם מספרים מה הביאו מהבית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הם משתפים איך הרגישו כשסיפרו על המדינה שלהם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מנקודת המבט של העולים: שיח ואוצר מילים רגשי – אוצר מילים של 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התביישה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אמריקאיות על כל המאמרים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שיחות עם המשפחה ליד השולחן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כ-70%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הם זכרו יותר פרטים והבינו טוב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כשליש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טענה, דוגמה ונתון בכל 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סיכום הכולל מידע משני המקורות בלי העתקה מילולית ובסדר 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הכוללת נימוק מבוסס טקסט לצד דעה אישית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החוברת לכמה שיעורים: שיעור אחד להבנת הנקרא, שיעור נפרד לסיכום ממזג ולהבעה, ושיעור קצר ללשון ולהעשרה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להתאים רמת קושי לפי רמות הניקוד/המילים באתר (מתחילים-ממשיכים-מתקדמים) ולהציע תמיכה באוצר מילים לתלמידים עולים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לפתוח כל נושא בהשמעת הטקסט (הקראה) לפני קריאה עצמאית, כפי שמוצע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בסרטון של דוד ואנה כפתיחה לשיח רגשי לפני המעבר לטקסטים העיוניים המורכבים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עברית לעולים חדשים: הכנה לבגרות בלשון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תתרגלו את כל שלבי העבודה עם מאמרי הבגרות: קריאה, הבנה, סיכום ממזג, הבעה ולשון. עבדו פרק אחר פרק, וחזרו על הטקסטים כדי לבסס את התשובות על הכתוב בפועל.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קרובים  ·  מכירה  ·  לעומת זאת  ·  קרובים  ·  מאוזנת  ·  התביישה  ·  נוסף על כך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הבנת הנקרא: קריאת מאמרים ומענה על שאלות – זיהוי עובדות ופרטים מפורשים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הנושא המרכזי של המאמר 'השולחן שמחבר בינינו'?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השינוי בהרגלי האכילה המשפחתית ותרומת הארוחה המשותפת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מתכונים לארוחת ערב בריאה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ההיסטוריה של המשפחה הישראלית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הבנת הנקרא: קריאת מאמרים ומענה על שאלות – פרטים ומבנה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פסקה ב, בני נוער שאוכלים עם הוריהם לפחות ארבע פעמים בשבוע מרגישים קרובים יותר למשפחה.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פסקה ד עוסקת בתרומה הרגשית של הארוחה המשותפת.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הבנת הנקרא: קריאת מאמרים ומענה על שאלות – השלמה והתאמת פסקאות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מחקר שנערך בקרב כאלפיים בני נוער מצא שמתבגרים שאוכלים עם הוריהם מרגישים __________ יותר למשפחה.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הבנת הנקרא: קריאת מאמרים ומענה על שאלות – התאמת פסקה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פסקה 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השפעה על ציונים ולימודים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פסקה 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תרומה לבריאות והרגלי אכילה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פסקה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חשיבות האווירה בארוחה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פסקה 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תרומה רגשית - שיתוף והקשבה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סיכום ממזג: חיבור מידע משני מקורות – מהו סיכום ממזג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בסיכום ממזג צריך להעתיק משפטים שלמים מהמאמרים כפי שהם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מטרת הסיכום הממזג היא לחבר מידע משני מאמרים לנושא אחד מסודר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בבחינה המאמרים מופיעים בנספח והשאלות מפנות לפסקאות לפי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סיכום ממזג: חיבור מידע משני מקורות – איתור ומיון רעיונות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סיכום לפי רעיונות משותפים ולא לפי מאמר אחד ואז השני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התרומה ללימודים ולשפה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פסקה ב במאמר על הארוחה המשפחתית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התרומה לבריאות ולהרגלי אכילה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פסקה ג במאמר על הארוחה המשפחתית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התרומה הרגשית של הארוחה המשותפת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פסקה ד במאמר על הארוחה המשפחתית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דרך נכונה לארגן סיכום ממזג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סיכום ממזג: חיבור מידע משני מקורות – השלמה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לפי פסקה ד, ארוחה ביתית משותפת היא בדרך כלל ארוחה __________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לפי פסקה ב, מתבגרים שאוכלים עם ההורים מרגישים __________ יותר למשפחה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סיכום ממזג: חיבור מידע משני מקורות – סדר כתיבת הסיכום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סמנו את הרעיון המרכזי בכל פסקה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מיינו את הרעיונות לפי נושאים משותפים ולא לפי מאמר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כתבו משפט פתיחה כללי לנושא הסיכום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קראו את שני המאמרים בעיון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הבעה: כתיבת תשובה מנומקת בעקבות הטקסטים – מרכיבי תשובה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תשובה מנומקת טובה כוללת עמדה אישית, נימוק ודוגמה מהטקסט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לכתוב תשובה מנומקת רק מתוך דעה אישית, בלי להתייחס למאמרים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המאמר 'השולחן שמחבר בינינו', לארוחה המשפחתית יש תרומה רגשית, לימודית ובריאותית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הבעה: כתיבת תשובה מנומקת בעקבות הטקסטים – התאמת טענות למאמרים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ישיבה משותפת סביב השולחן מחזקת את הקשר המשפחתי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התנדבות בני נוער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עזרה לאחרים מחזקת ביטחון עצמי ותחושת משמעות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בזבוז מזון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קריאה על נייר משפרת זיכרון והבנה יותר מקריאה במסך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הארוחה המשפחתית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קנייה בלי תכנון ואחסון לא נכון גורמים לזריקת אוכל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קריאת ספרים בעידן הדיגיטלי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הבעה: כתיבת תשובה מנומקת בעקבות הטקסטים – כתיבת תשובה וחיבור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לשון: דקדוק ואוצר מילים ברמת בגרות – היכרות עם אוצר המילים האקדמי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במאמר על הארוחה המשפחתית כתוב: "הארוחה המשותפת תורמת לילדים". המילה הקרובה במשמעותה ל"תורמת"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עוזרת ומוסיפה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מבלבלת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המילה "תופעה" (למשל "תופעה של בזבוז מזון") מתארת: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דעה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מצב או תהליך שקיים וניתן להבחין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טעות בכתיבה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בטקסטים חוזרת המילה "נתון" (למשל "לפי הנתונים"). פירושה: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מידע או מספר שנאסף במחקר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סיפור דמיוני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של מאמר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לשון: דקדוק ואוצר מילים ברמת בגרות – מילות קישור ובניינים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ההתנדבות משפרת את מצב הרוח, __________ היא גם מפתחת כישורים חברתיים (להוספת מידע).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התלמידים שקראו בספר מודפס זכרו יותר פרטים; __________, מי שקרא במסך זכר פחות (לניגוד).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לשון: דקדוק ואוצר מילים ברמת בגרות – ניתוח בניינים ומבנה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הפועל "נערך" במשפט "מחקר שנערך בקרב בני נוער" שייך לבניין: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הפועל "מתפתחות" ("כך מתפתחות אצלם יכולות של שפה") שייך לבניין: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התפעל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לשון: דקדוק ואוצר מילים ברמת בגרות – יישום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במשפט אחד מדוע כותבי המאמרים האקדמיים משתמשים הרבה בפועל בבניין נפעל (כמו "נערך", "נמצא").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מנקודת המבט של העולים: שיח ואוצר מילים רגשי – הבנה ראשונית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מאיזו מדינה הגיעה אנה, לפי הסרטון?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זמן לפני אירועי הסרטון עלה דוד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לפני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לפני 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לפני חצי 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מנקודת המבט של העולים: שיח ואוצר מילים רגשי – הבנה ראשונית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בשבוע העליות התלמידים הציגו בכיתה את המדינות שלהם על גבי מפה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אנה הביאה לכיתה תמונה של העיר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מנקודת המבט של העולים: שיח ואוצר מילים רגשי – סדר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הם מספרים מה הביאו מהבית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הם משתפים איך הרגישו כשסיפרו על המדינה שלהם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דוד ואנה נפגשים במסדרון בית הספר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הם מספרים מה עשו בכיתה בשבוע העליות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מנקודת המבט של העולים: שיח ואוצר מילים רגשי – אוצר מילים של רגשות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לפי הסרטון, בהתחלה אנה __________ כשסיפרה על עצמה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דוד הרגיש שהכיתה כבר __________ אותו אחרי שסיפר על עצמו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חזרה מסכמת – שאלות אמריקאיות על כל המאמרים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לפי מאמר על הארוחה המשפחתית, מה תורם לילדים לקבל ציונים גבוהים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שינה ארוכה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שיחות עם המשפחה ליד השולחן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צפייה בטלוויזיה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במחקר על התנדבות בני נוער, כמה אחוזים מהמתנדבים דיווחו על שיפור במצב הרוח?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כ-22%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כ-50%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כ-70%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לפי המאמר על קריאת ספרים, מה קרה לתלמידים שקראו סיפור על נייר לעומת מי שקרא בטאבלט?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הם זכרו פחות פרטים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הם הבינו פחות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הם זכרו יותר פרטים והבינו טוב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לפי המאמר על בזבוז מזון, איזה חלק מהמזון בעולם אינו נאכל?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כשליש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מחצית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לזהות את הרעיון המרכזי והנתונים העיקריים בכל פסקה?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יכול/ה לחבר מידע משני מאמרים לכדי סיכום אחד רציף וברור?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עברית לעולים חדשים: הכנה לבגרות בלשון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