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לעולים חדשים: הכנה לבגרות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מיומנות קריאה ביקורתית של טקסטים עיוניים ברמת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סיכום ממזג המשלב מידע משני מקורות באופן קוהרנטי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כתיבת תשובה מנומקת ושימוש נכון בכללי 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רגשי ותרבותי בהקשר של חוויית העלייה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הבנת הנקרא: קריאת מאמרים ומענה על שאלות – זיהוי עובדות ופרטים מפורשים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השינוי בהרגלי האכילה המשפחתית ותרומת הארוחה המשותפת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הבנת הנקרא: קריאת מאמרים ומענה על שאלות – פרטים ומבנה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במפורש בפסקה ב, על בסיס מחקר בקרב כאלפיים בני נוער.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פסקה ד עוסקת בתרומה לבריאות; התרומה הרגשית מתוארת בפסקה 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בפסקה ג נכתב שבשיחות ליד השולחן הילדים לומדים מילים חדשות ולהקשיב לאחרים.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הבנת הנקרא: קריאת מאמרים ומענה על שאלות – השלמה והתאמת פסקאות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הבנת הנקרא: קריאת מאמרים ומענה על שאלות – התאמת פסקה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(תרומה רגשית - שיתוף והקשבה)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(השפעה על ציונים ולימודים)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(תרומה לבריאות והרגלי אכילה)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(חשיבות האווירה בארוחה)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סיכום ממזג: חיבור מידע משני מקורות – מהו סיכום ממזג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בסיכום ממזג יש לנסח מחדש את המידע במילים שלנו, לא להעתיק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סיכום ממזג - איחוד רעיונות משני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בהנחיות שליד המאמרים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סיכום ממזג מציג רק מידע שמופיע במאמרים, בלי דעות אישיות חדשות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סיכום ממזג: חיבור מידע משני מקורות – איתור ומיון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(דרך נכונה לארגן סיכום ממזג)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(התרומה הרגשית של הארוחה המשותפת)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(התרומה ללימודים ולשפה)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(התרומה לבריאות ולהרגלי אכילה)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(עוזרות לחבר בין רעיונות ממקורות שונים)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סיכום ממזג: חיבור מידע משני מקורות – השלמה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מאוזנת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סיכום ממזג: חיבור מידע משני מקורות – סדר כתיבת הסיכום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שני המאמרים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סמנו את הרעיון המרכזי בכל 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מיינו את הרעיונות לפי נושאים משותפים ולא לפי מאמר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משפט פתיחה כללי לנושא הסיכום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מזגו את המידע למשפטים רציפים במילים שלכם, עם מילות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הבעה: כתיבת תשובה מנומקת בעקבות הטקסטים – מרכיבי תשובה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המבנה הבסיסי הנדרש בכתיבת תשובה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תשובה מנומקת צריכה להתבסס גם על מידע מהטקסטים שקראנו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המאמר מתאר שלושה תחומים שבהם הארוחה המשותפת תורמת לילדים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המחקר מצא שהם מרגישים פחות לחץ ופחות בדידות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מילות קישור מארגנות את הכתיבה ומראות את הקשר בין הרעיונות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הבעה: כתיבת תשובה מנומקת בעקבות הטקסטים – התאמת טענות למאמרים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(הארוחה המשפחתית)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(התנדבות בני נוער)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(קריאת ספרים בעידן הדיגיטלי)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(בזבוז 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(הארוחה המשפחתית)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(דו-לשוניות)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הבעה: כתיבת תשובה מנומקת בעקבות הטקסטים – כתיבת תשובה וחיבור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ברור שמציג עמדה אישית, למשל: אני חושב/ת שחשוב שהמשפחה תאכל ארוחה אחת ביחד כל יום, כי זה מחזק את הקשר המשפחתי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טענה ברורה יחד עם נתון או דוגמה מדויקים מהמאמר, למשל אחוז מתוך מחקר שהוזכר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הצגת דעה מנוגדת והסבר קצר מדוע למרות זאת העמדה שלכם מוצדקת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מבנה מלא: פתיחה עם עמדה ברורה, שני נימוקים המבוססים על מידע מהמאמרים, ומשפט סיכום שחוזר לעמדה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לשון: דקדוק ואוצר מילים ברמת בגרות – היכרות עם אוצר המילים האקדמי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עוזרת ומוסיפה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מצב או תהליך שקיים וניתן להבחין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מידע או מספר שנאסף במחקר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חיסרון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לשון: דקדוק ואוצר מילים ברמת בגרות – מילות קישור ובניינים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נוסף על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לעומת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עם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נוסף על כך / גם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לשון: דקדוק ואוצר מילים ברמת בגרות – ניתוח בניינים ומבנה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משפט עיקרי למשפט משועבד המתאר את הילדים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לשון: דקדוק ואוצר מילים ברמת בגרות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הכולל את שתי המילים בהקשר רלוונטי לתוכן המאמר, למשל על ההתנדבות או הארוחה המשפחתית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זיהוי נכון של הבניין ומשפט תקין שנכתב באותו בניין, בהתאם לפועל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להדגיש את הפעולה או הממצא עצמו ולא מי שביצע אותה, כפי שמקובל בכתיבה מחקרית אובייקטיבית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מנקודת המבט של העולים: שיח ואוצר מילים רגשי – הבנה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לפני חצי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מנקודת המבט של העולים: שיח ואוצר מילים רגשי – הבנה ראשונית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בסרטון מסופר שהתלמידים הראו את המדינות שלהם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אנה הביאה מרק אוקראיני, לא 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מנקודת המבט של העולים: שיח ואוצר מילים רגשי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דוד ואנה נפגשים במסדרון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מספרים מה עשו בכיתה בשבוע העליות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מספרים מה הביאו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 משתפים איך הרגישו כשסיפרו על המדינה 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מנקודת המבט של העולים: שיח ואוצר מילים רגשי – אוצר מילים של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התביישה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אמריקאיות על כל המאמרים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שיחות עם המשפחה ליד השולחן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כ-70%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הם זכרו יותר פרטים והבינו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כשליש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הם פתרו משימות ריכוז מהר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שניהם מראים תרומה רגשית וחברתית לבני נוער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בזבוז מזון קשור להרגלי קנייה, וירידה בקריאה קשורה לזמן מול מסכים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טענה, דוגמה ונתון בכל 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סיכום הכולל מידע משני המקורות בלי העתקה מילולית ובסדר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נימוק מבוסס טקסט לצד דעה אישית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החוברת לכמה שיעורים: שיעור אחד להבנת הנקרא, שיעור נפרד לסיכום ממזג ולהבעה, ושיעור קצר ללשון ולהעשרה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להתאים רמת קושי לפי רמות הניקוד/המילים באתר (מתחילים-ממשיכים-מתקדמים) ולהציע תמיכה באוצר מילים לתלמידים 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לפתוח כל נושא בהשמעת הטקסט (הקראה) לפני קריאה עצמאית, כפי שמוצע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בסרטון של דוד ואנה כפתיחה לשיח רגשי לפני המעבר לטקסטים העיוניים המורכבים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לעולים חדשים: הכנה לבגרות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את כל שלבי העבודה עם מאמרי הבגרות: קריאה, הבנה, סיכום ממזג, הבעה ולשון. עבדו פרק אחר פרק, וחזרו על הטקסטים כדי לבסס את התשובות על הכתוב בפועל.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הבנת הנקרא: קריאת מאמרים ומענה על שאלות – זיהוי עובדות ופרטים מפורשים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הנושא המרכזי של המאמר 'השולחן שמחבר בינינו'?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השינוי בהרגלי האכילה המשפחתית ותרומת הארוחה המשותפת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מתכונים לארוחת ערב בריאה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ההיסטוריה של המשפחה הישראלית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כללי נימוס ליד שולחן האוכל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הבנת הנקרא: קריאת מאמרים ומענה על שאלות – פרטים ומבנה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פסקה ב, בני נוער שאוכלים עם הוריהם לפחות ארבע פעמים בשבוע מרגישים קרובים יותר למשפחה.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פסקה ד עוסקת בתרומה הרגשית של הארוחה המשותפת.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הארוחה המשפחתית, לפי המאמר, תורמת גם להתפתחות השפה ויכולות השיחה של הילדים.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הבנת הנקרא: קריאת מאמרים ומענה על שאלות – השלמה והתאמת פסקאות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מחקר שנערך בקרב כאלפיים בני נוער מצא שמתבגרים שאוכלים עם הוריהם מרגישים __________ יותר למשפחה.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הבנת הנקרא: קריאת מאמרים ומענה על שאלות – התאמת פסקה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פסקה 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תרומה לבריאות והרגלי אכילה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פסקה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תרומה רגשית - שיתוף והקשבה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פסקה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חשיבות האווירה בארוחה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פסקה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השפעה על ציונים ולימודים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סיכום ממזג: חיבור מידע משני מקורות – מהו סיכום ממזג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בסיכום ממזג צריך להעתיק משפטים שלמים מהמאמרים כפי שהם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הסיכום הממזג היא לחבר מידע משני מאמרים לנושא אחד מסודר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בבחינה המאמרים מופיעים בנספח והשאלות מפנות לפסקאות לפי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בסיכום ממזג אפשר להוסיף דעה אישית שלא מופיעה באף אחד מהמאמרים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סיכום ממזג: חיבור מידע משני מקורות – איתור ומיון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סיכום לפי רעיונות משותפים ולא לפי מאמר אחד ואז השני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התרומה ללימודים ולשפה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פסקה ב במאמר על הארוחה המשפחתית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דרך נכונה לארגן סיכום ממזג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פסקה ג במאמר על הארוחה המשפחתית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התרומה הרגשית של הארוחה המשותפת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פסקה ד במאמר על הארוחה המשפחתית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התרומה לבריאות ולהרגלי אכילה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מילות קישור כמו 'בנוסף' ו'מצד שני'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עוזרות לחבר בין רעיונות ממקורות שונים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סיכום ממזג: חיבור מידע משני מקורות – השלמה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פסקה ד, ארוחה ביתית משותפת היא בדרך כלל ארוחה __________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פסקה ב, מתבגרים שאוכלים עם ההורים מרגישים __________ יותר למשפחה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סיכום ממזג: חיבור מידע משני מקורות – סדר כתיבת הסיכום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משפט פתיחה כללי לנושא הסיכום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מזגו את המידע למשפטים רציפים במילים שלכם, עם מילות קישור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שני המאמרים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מיינו את הרעיונות לפי נושאים משותפים ולא לפי מאמר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סמנו את הרעיון המרכזי בכל 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הבעה: כתיבת תשובה מנומקת בעקבות הטקסטים – מרכיבי תשובה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מנומקת טובה כוללת עמדה אישית, נימוק ודוגמה מהטקסט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תשובה מנומקת רק מתוך דעה אישית, בלי להתייחס למאמרים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המאמר 'השולחן שמחבר בינינו', לארוחה המשפחתית יש תרומה רגשית, לימודית ובריאותית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המאמר על התנדבות, בני נוער שמתנדבים מרגישים יותר לחץ ובדידות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קישור כמו 'נוסף על כך' או 'יתרון נוסף הוא' עוזרות לחבר בין נימוקים בתשובה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הבעה: כתיבת תשובה מנומקת בעקבות הטקסטים – התאמת טענות למאמרים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ישיבה משותפת סביב השולחן מחזקת את הקשר המשפחתי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קריאת ספרים בעידן הדיגיטלי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עזרה לאחרים מחזקת ביטחון עצמי ותחושת 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דו-לשוניות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קריאה על נייר משפרת זיכרון והבנה יותר מקריאה במסך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הארוחה המשפחתית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קנייה בלי תכנון ואחסון לא נכון גורמים לזריקת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התנדבות בני נוער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ארוחה שבה ההורים כל הזמן בטלפון לא תתרום הרבה גם אם האוכל טעים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הארוחה המשפחתית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ילדים שגדלים עם שתי שפות פותרים משימות ריכוז מהר 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בזבוז מזון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הבעה: כתיבת תשובה מנומקת בעקבות הטקסטים – כתיבת תשובה וחיבור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אחד מהמאמרים (ארוחה משפחתית / התנדבות / קריאת ספרים / בזבוז מזון / דו-לשוניות) וכתבו משפט פתיחה שמציג את עמדתכם בנושא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פסקת נימוק אחת: הציגו טענה מהמאמר שתומכת בעמדתכם, והביאו דוגמה או נתון מתוך 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טיעון נגד עמדתכם, וענו עליו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חיבור קצר של 6-8 משפטים הכולל: עמדה, שני נימוקים עם דוגמאות מהמאמרים, ומשפט סיכום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לשון: דקדוק ואוצר מילים ברמת בגרות – היכרות עם אוצר המילים האקדמי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במאמר על הארוחה המשפחתית כתוב: "הארוחה המשותפת תורמת לילדים". המילה הקרובה במשמעותה ל"תורמת"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עוזרת ומוסיפה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מבלבלת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"תופעה" (למשל "תופעה של בזבוז מזון") מתארת: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או תהליך שקיים וניתן להבחין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טעות בכתיבה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ארגון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בטקסטים חוזרת המילה "נתון" (למשל "לפי הנתונים"). פירושה: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מידע או מספר שנאסף במחקר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מאמר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במאמר על דו־לשוניות נכתב "לדו־לשוניות יש יתרונות אך גם קשיים". המילה "יתרון" הפוכה במשמעות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תועלת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חיסרון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תרומה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לשון: דקדוק ואוצר מילים ברמת בגרות – מילות קישור ובניינים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ההתנדבות משפרת את מצב הרוח, __________ היא גם מפתחת כישורים חברתיים (להוספת מידע).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התלמידים שקראו בספר מודפס זכרו יותר פרטים; __________, מי שקרא במסך זכר פחות (לניגוד).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יתרונות לדו־לשוניות, __________ חשוב לזכור גם את הקשיים שבה (לוויתור/הסתייגות).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החוקרים מצאו שבני נוער שמתנדבים מרגישים טוב יותר, ו__________ הם גם מרגישים פחות בודדים (להוספה).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לשון: דקדוק ואוצר מילים ברמת בגרות – ניתוח בניינים ומבנה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הפועל "נערך" במשפט "מחקר שנערך בקרב בני נוער" שייך לבניין: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הפועל "מתפתחות" ("כך מתפתחות אצלם יכולות של שפה") שייך לבניין: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הפועל "משפיעה" ("ההתנדבות משפיעה על הביטחון העצמי") שייך לבניין: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במשפט "ילדים שאוכלים עם ההורים לומדים מהם הרגלי אכילה נכונים" מילת הזיקה "ש-" מחברת בין: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משפטים עצמאיים נפרדים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עיקרי למשפט משועבד המתאר את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מילות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 לשם עצם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לשון: דקדוק ואוצר מילים ברמת בגרות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המשלב את המילה "תרומה" ואת מילת הקישור "נוסף על כך", בנושא אחד מהמאמרים שקראתם.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 פעלים מהמאמרים (למשל נערך, מתפתחות, משפיעה) וכתבו לכל אחד את הבניין שלו ומשפט קצר משלכם באותו בניין.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במשפט אחד מדוע כותבי המאמרים האקדמיים משתמשים הרבה בפועל בבניין נפעל (כמו "נערך", "נמצא").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מנקודת המבט של העולים: שיח ואוצר מילים רגשי – הבנה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מדינה הגיעה אנה, לפי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לפני אירועי הסרטון עלה דוד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לפני חצי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לפני שבוע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מנקודת המבט של העולים: שיח ואוצר מילים רגשי – הבנה ראשונית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העליות התלמידים הציגו בכיתה את המדינות שלהם על גבי 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אנה הביאה לכיתה תמונה של העיר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מנקודת המבט של העולים: שיח ואוצר מילים רגשי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משתפים איך הרגישו כשסיפרו על המדינה שלהם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מספרים מה הביאו מהבית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ואנה נפגשים במסדרון 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מספרים מה עשו בכיתה בשבוע העליות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מנקודת המבט של העולים: שיח ואוצר מילים רגשי – אוצר מילים של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הסרטון, בהתחלה אנה __________ כשסיפרה על עצמה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דוד הרגיש שהכיתה כבר __________ אותו אחרי שסיפר על עצמו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אמריקאיות על כל המאמרים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מאמר על הארוחה המשפחתית, מה תורם לילדים לקבל ציונים גבוהים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שינה ארוכה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שיחות עם המשפחה ליד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צפייה בטלוויזיה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אכילה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במחקר על התנדבות בני נוער, כמה אחוזים מהמתנדבים דיווחו על שיפור במצב הרוח?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כ-22%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כ-70%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כ-100%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המאמר על קריאת ספרים, מה קרה לתלמידים שקראו סיפור על נייר לעומת מי שקרא בטאבלט?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זכרו פחות 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הבינו פחות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זכרו יותר פרטים והבינו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היה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המאמר על בזבוז מזון, איזה חלק מהמזון בעולם אינו נאכל?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כשליש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מחצית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כמעט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במחקר על דו-לשוניות משנת 2022, מה מצאו החוקרים אצל ילדים שדיברו שתי שפות?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שכחו שפה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פתרו משימות ריכוז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אוצר המילים שלהם היה גדול יותר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לא הצליחו בלימודים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בסרטון 'מנקודת המבט של העולים', מאיזו מדינה הגיעה אנה?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משותף לשני המאמרים על הארוחה המשפחתית ועל ההתנדבות?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עוסקים בבריאות הגוף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מראים תרומה רגשית וחברתית לבני 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מדברים נגד פעילות עם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עוסקים בלימוד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ההבדל בין הסיבה לבזבוז מזון לבין הסיבה לירידה בקריאת ספרים, לפי המאמרים?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שתיהן קשורות לחוסר תכנון זמן ומסכים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בזבוז מזון קשור להרגלי קנייה, וירידה בקריאה קשורה לזמן מול מסכים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שתיהן נובעות מבעיות כלכליות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הנושאים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את הרעיון המרכזי והנתונים העיקריים בכל פסקה?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לחבר מידע משני מאמרים לכדי סיכום אחד רציף וברור?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כתבתי תשובה מנומקת המבוססת על הטקסט ולא רק על דעה אישית בלבד?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עברית לעולים חדשים: הכנה לבגרות בלשון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